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27E3A" w14:textId="6EAD00BA" w:rsidR="000B7F04" w:rsidRPr="000B7F04" w:rsidRDefault="000B7F04" w:rsidP="000B7F04">
      <w:pPr>
        <w:spacing w:after="0" w:line="240" w:lineRule="auto"/>
        <w:jc w:val="right"/>
        <w:rPr>
          <w:b/>
          <w:bCs/>
          <w:szCs w:val="28"/>
          <w:lang w:val="ru-RU"/>
        </w:rPr>
      </w:pPr>
      <w:r w:rsidRPr="000B7F04">
        <w:rPr>
          <w:b/>
          <w:bCs/>
          <w:szCs w:val="28"/>
          <w:lang w:val="ru-RU"/>
        </w:rPr>
        <w:t xml:space="preserve">Дата размещения – </w:t>
      </w:r>
      <w:r>
        <w:rPr>
          <w:b/>
          <w:bCs/>
          <w:szCs w:val="28"/>
          <w:lang w:val="ru-RU"/>
        </w:rPr>
        <w:t>25</w:t>
      </w:r>
      <w:r w:rsidRPr="000B7F04">
        <w:rPr>
          <w:b/>
          <w:bCs/>
          <w:szCs w:val="28"/>
          <w:lang w:val="ru-RU"/>
        </w:rPr>
        <w:t>.0</w:t>
      </w:r>
      <w:r>
        <w:rPr>
          <w:b/>
          <w:bCs/>
          <w:szCs w:val="28"/>
          <w:lang w:val="ru-RU"/>
        </w:rPr>
        <w:t>8</w:t>
      </w:r>
      <w:r w:rsidRPr="000B7F04">
        <w:rPr>
          <w:b/>
          <w:bCs/>
          <w:szCs w:val="28"/>
          <w:lang w:val="ru-RU"/>
        </w:rPr>
        <w:t>.2026 г.</w:t>
      </w:r>
    </w:p>
    <w:p w14:paraId="49516C68" w14:textId="77777777" w:rsidR="000B7F04" w:rsidRPr="000B7F04" w:rsidRDefault="000B7F04" w:rsidP="000B7F04">
      <w:pPr>
        <w:spacing w:after="0" w:line="240" w:lineRule="auto"/>
        <w:jc w:val="right"/>
        <w:rPr>
          <w:b/>
          <w:bCs/>
          <w:szCs w:val="28"/>
          <w:lang w:val="ru-RU"/>
        </w:rPr>
      </w:pPr>
      <w:r w:rsidRPr="000B7F04">
        <w:rPr>
          <w:b/>
          <w:bCs/>
          <w:szCs w:val="28"/>
          <w:lang w:val="ru-RU"/>
        </w:rPr>
        <w:t>Дата истечения срока проведения</w:t>
      </w:r>
    </w:p>
    <w:p w14:paraId="53B8BCDA" w14:textId="77777777" w:rsidR="000B7F04" w:rsidRPr="000B7F04" w:rsidRDefault="000B7F04" w:rsidP="000B7F04">
      <w:pPr>
        <w:spacing w:after="0" w:line="240" w:lineRule="auto"/>
        <w:jc w:val="right"/>
        <w:rPr>
          <w:b/>
          <w:bCs/>
          <w:szCs w:val="28"/>
          <w:lang w:val="ru-RU"/>
        </w:rPr>
      </w:pPr>
      <w:r w:rsidRPr="000B7F04">
        <w:rPr>
          <w:b/>
          <w:bCs/>
          <w:szCs w:val="28"/>
          <w:lang w:val="ru-RU"/>
        </w:rPr>
        <w:t>независимой антикоррупционной экспертизы</w:t>
      </w:r>
    </w:p>
    <w:p w14:paraId="7131E6B0" w14:textId="2415D8C0" w:rsidR="000B7F04" w:rsidRPr="000B7F04" w:rsidRDefault="000B7F04" w:rsidP="000B7F04">
      <w:pPr>
        <w:spacing w:after="0" w:line="240" w:lineRule="auto"/>
        <w:jc w:val="right"/>
        <w:rPr>
          <w:b/>
          <w:bCs/>
          <w:szCs w:val="28"/>
          <w:lang w:val="ru-RU"/>
        </w:rPr>
      </w:pPr>
      <w:r w:rsidRPr="000B7F04">
        <w:rPr>
          <w:b/>
          <w:bCs/>
          <w:szCs w:val="28"/>
          <w:lang w:val="ru-RU"/>
        </w:rPr>
        <w:t xml:space="preserve">(не менее 10 рабочих дней с даты размещения) – </w:t>
      </w:r>
      <w:r>
        <w:rPr>
          <w:b/>
          <w:bCs/>
          <w:szCs w:val="28"/>
          <w:lang w:val="ru-RU"/>
        </w:rPr>
        <w:t>05</w:t>
      </w:r>
      <w:r w:rsidRPr="000B7F04">
        <w:rPr>
          <w:b/>
          <w:bCs/>
          <w:szCs w:val="28"/>
          <w:lang w:val="ru-RU"/>
        </w:rPr>
        <w:t>.03.2026 г.</w:t>
      </w:r>
    </w:p>
    <w:p w14:paraId="226BD291" w14:textId="77777777" w:rsidR="000B7F04" w:rsidRPr="000B7F04" w:rsidRDefault="000B7F04" w:rsidP="000B7F04">
      <w:pPr>
        <w:spacing w:after="0" w:line="240" w:lineRule="auto"/>
        <w:jc w:val="right"/>
        <w:rPr>
          <w:b/>
          <w:bCs/>
          <w:szCs w:val="28"/>
          <w:lang w:val="ru-RU"/>
        </w:rPr>
      </w:pPr>
      <w:r w:rsidRPr="000B7F04">
        <w:rPr>
          <w:b/>
          <w:bCs/>
          <w:szCs w:val="28"/>
          <w:lang w:val="ru-RU"/>
        </w:rPr>
        <w:t>Разработчик: главный специалист управление по правоохранительной</w:t>
      </w:r>
    </w:p>
    <w:p w14:paraId="1D79DC6B" w14:textId="77777777" w:rsidR="000B7F04" w:rsidRPr="000B7F04" w:rsidRDefault="000B7F04" w:rsidP="000B7F04">
      <w:pPr>
        <w:spacing w:after="0" w:line="240" w:lineRule="auto"/>
        <w:jc w:val="right"/>
        <w:rPr>
          <w:b/>
          <w:bCs/>
          <w:szCs w:val="28"/>
          <w:lang w:val="ru-RU"/>
        </w:rPr>
      </w:pPr>
      <w:r w:rsidRPr="000B7F04">
        <w:rPr>
          <w:b/>
          <w:bCs/>
          <w:szCs w:val="28"/>
          <w:lang w:val="ru-RU"/>
        </w:rPr>
        <w:t xml:space="preserve">деятельности, обороны и безопасности Пшуков Мурат </w:t>
      </w:r>
      <w:proofErr w:type="spellStart"/>
      <w:r w:rsidRPr="000B7F04">
        <w:rPr>
          <w:b/>
          <w:bCs/>
          <w:szCs w:val="28"/>
          <w:lang w:val="ru-RU"/>
        </w:rPr>
        <w:t>Болович</w:t>
      </w:r>
      <w:proofErr w:type="spellEnd"/>
    </w:p>
    <w:p w14:paraId="4565C875" w14:textId="6709C33E" w:rsidR="000B7F04" w:rsidRPr="000B7F04" w:rsidRDefault="000B7F04" w:rsidP="000B7F04">
      <w:pPr>
        <w:spacing w:after="0" w:line="240" w:lineRule="auto"/>
        <w:jc w:val="right"/>
        <w:rPr>
          <w:b/>
          <w:sz w:val="28"/>
          <w:szCs w:val="28"/>
        </w:rPr>
      </w:pPr>
      <w:r w:rsidRPr="00512845">
        <w:rPr>
          <w:b/>
          <w:bCs/>
          <w:szCs w:val="28"/>
        </w:rPr>
        <w:t xml:space="preserve">e-mail: iaonalchik@mail.ru, </w:t>
      </w:r>
      <w:proofErr w:type="spellStart"/>
      <w:r>
        <w:rPr>
          <w:b/>
          <w:bCs/>
          <w:szCs w:val="28"/>
        </w:rPr>
        <w:t>тел</w:t>
      </w:r>
      <w:proofErr w:type="spellEnd"/>
      <w:r w:rsidRPr="00512845">
        <w:rPr>
          <w:b/>
          <w:bCs/>
          <w:szCs w:val="28"/>
        </w:rPr>
        <w:t>.: 8(8662) 49-62-08</w:t>
      </w:r>
    </w:p>
    <w:p w14:paraId="4F6D18B8" w14:textId="77777777" w:rsidR="000B7F04" w:rsidRPr="000B7F04" w:rsidRDefault="000B7F04" w:rsidP="00FC4649">
      <w:pPr>
        <w:spacing w:after="0" w:line="240" w:lineRule="auto"/>
        <w:jc w:val="center"/>
        <w:rPr>
          <w:b/>
          <w:sz w:val="28"/>
          <w:szCs w:val="28"/>
        </w:rPr>
      </w:pPr>
    </w:p>
    <w:p w14:paraId="4B1DFE23" w14:textId="77777777" w:rsidR="000B7F04" w:rsidRPr="000B7F04" w:rsidRDefault="000B7F04" w:rsidP="00FC4649">
      <w:pPr>
        <w:spacing w:after="0" w:line="240" w:lineRule="auto"/>
        <w:jc w:val="center"/>
        <w:rPr>
          <w:b/>
          <w:sz w:val="28"/>
          <w:szCs w:val="28"/>
        </w:rPr>
      </w:pPr>
    </w:p>
    <w:p w14:paraId="4EB03B92" w14:textId="275A37DE" w:rsidR="00144355" w:rsidRPr="009925DE" w:rsidRDefault="00FC4649" w:rsidP="00FC4649">
      <w:pPr>
        <w:spacing w:after="0" w:line="240" w:lineRule="auto"/>
        <w:jc w:val="center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>МЕСТНАЯ АДМИНИСТРАЦИЯ ГОРОДСКОГО ОКРУГА НАЛЬЧИК</w:t>
      </w:r>
      <w:r w:rsidRPr="009925DE">
        <w:rPr>
          <w:b/>
          <w:sz w:val="28"/>
          <w:szCs w:val="28"/>
          <w:lang w:val="ru-RU"/>
        </w:rPr>
        <w:br/>
        <w:t>КАБАРДИНО-БАЛКАРСКОЙ РЕСПУБЛИКИ</w:t>
      </w:r>
      <w:r w:rsidRPr="009925DE">
        <w:rPr>
          <w:b/>
          <w:sz w:val="28"/>
          <w:szCs w:val="28"/>
          <w:lang w:val="ru-RU"/>
        </w:rPr>
        <w:br/>
      </w:r>
      <w:r w:rsidRPr="009925DE">
        <w:rPr>
          <w:b/>
          <w:sz w:val="28"/>
          <w:szCs w:val="28"/>
          <w:lang w:val="ru-RU"/>
        </w:rPr>
        <w:br/>
      </w:r>
    </w:p>
    <w:p w14:paraId="59EA4274" w14:textId="77777777" w:rsidR="00144355" w:rsidRPr="009925DE" w:rsidRDefault="00FC4649" w:rsidP="00FC4649">
      <w:pPr>
        <w:spacing w:after="0" w:line="240" w:lineRule="auto"/>
        <w:jc w:val="center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>ПОСТАНОВЛЕНИЕ</w:t>
      </w:r>
    </w:p>
    <w:p w14:paraId="0A81B36D" w14:textId="77777777" w:rsidR="009925DE" w:rsidRDefault="009925DE" w:rsidP="00FC4649">
      <w:pPr>
        <w:spacing w:after="0" w:line="240" w:lineRule="auto"/>
        <w:rPr>
          <w:sz w:val="28"/>
          <w:szCs w:val="28"/>
          <w:lang w:val="ru-RU"/>
        </w:rPr>
      </w:pPr>
    </w:p>
    <w:p w14:paraId="0B0443FF" w14:textId="2A5142F0" w:rsidR="00144355" w:rsidRPr="009925DE" w:rsidRDefault="00FC4649" w:rsidP="00FC4649">
      <w:pPr>
        <w:spacing w:after="0" w:line="240" w:lineRule="auto"/>
        <w:rPr>
          <w:sz w:val="28"/>
          <w:szCs w:val="28"/>
          <w:lang w:val="ru-RU"/>
        </w:rPr>
      </w:pPr>
      <w:r w:rsidRPr="009925DE">
        <w:rPr>
          <w:sz w:val="28"/>
          <w:szCs w:val="28"/>
          <w:lang w:val="ru-RU"/>
        </w:rPr>
        <w:t>от «___» ____________ 2026 г.                                                           № _____</w:t>
      </w:r>
    </w:p>
    <w:p w14:paraId="2277891F" w14:textId="77777777" w:rsidR="00F94C2C" w:rsidRDefault="00F94C2C" w:rsidP="00FC4649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3DB137AC" w14:textId="718F5332" w:rsidR="00144355" w:rsidRDefault="00FC4649" w:rsidP="00FC4649">
      <w:pPr>
        <w:spacing w:after="0" w:line="240" w:lineRule="auto"/>
        <w:jc w:val="center"/>
        <w:rPr>
          <w:sz w:val="28"/>
          <w:szCs w:val="28"/>
          <w:lang w:val="ru-RU"/>
        </w:rPr>
      </w:pPr>
      <w:r w:rsidRPr="009925DE">
        <w:rPr>
          <w:sz w:val="28"/>
          <w:szCs w:val="28"/>
          <w:lang w:val="ru-RU"/>
        </w:rPr>
        <w:t>г. Нальчик</w:t>
      </w:r>
      <w:r w:rsidRPr="009925DE">
        <w:rPr>
          <w:sz w:val="28"/>
          <w:szCs w:val="28"/>
          <w:lang w:val="ru-RU"/>
        </w:rPr>
        <w:br/>
      </w:r>
    </w:p>
    <w:p w14:paraId="1B9656DE" w14:textId="77777777" w:rsidR="00F94C2C" w:rsidRPr="009925DE" w:rsidRDefault="00F94C2C" w:rsidP="00FC4649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52B19780" w14:textId="6841260F" w:rsidR="00144355" w:rsidRDefault="00FC4649" w:rsidP="00FC4649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>О внесении изменений в муниципальную программу</w:t>
      </w:r>
      <w:r w:rsidRPr="009925DE">
        <w:rPr>
          <w:b/>
          <w:sz w:val="28"/>
          <w:szCs w:val="28"/>
          <w:lang w:val="ru-RU"/>
        </w:rPr>
        <w:br/>
        <w:t>«Профилактика терроризма и экстремизма в городском округе Нальчик»</w:t>
      </w:r>
      <w:r w:rsidR="009925DE" w:rsidRPr="009925DE">
        <w:rPr>
          <w:b/>
          <w:sz w:val="28"/>
          <w:szCs w:val="28"/>
          <w:lang w:val="ru-RU"/>
        </w:rPr>
        <w:t xml:space="preserve"> утвержденную постановлением Местной администрации городского округа Нальчик от 18 августа 2026 г. № 1142</w:t>
      </w:r>
    </w:p>
    <w:p w14:paraId="7C3F6AE3" w14:textId="1E211E32" w:rsidR="00787A6C" w:rsidRPr="00787A6C" w:rsidRDefault="00787A6C" w:rsidP="00787A6C">
      <w:pPr>
        <w:spacing w:after="0"/>
        <w:jc w:val="center"/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</w:pPr>
      <w:r w:rsidRPr="00787A6C"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  <w:t xml:space="preserve">«Об утверждении муниципальной программы </w:t>
      </w:r>
    </w:p>
    <w:p w14:paraId="27F47EA7" w14:textId="77777777" w:rsidR="00787A6C" w:rsidRPr="00787A6C" w:rsidRDefault="00787A6C" w:rsidP="00787A6C">
      <w:pPr>
        <w:spacing w:after="0"/>
        <w:jc w:val="center"/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</w:pPr>
      <w:r w:rsidRPr="00787A6C"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  <w:t>«Профилактика терроризма и экстремизма в городском округе Нальчик»</w:t>
      </w:r>
    </w:p>
    <w:p w14:paraId="265DEC4F" w14:textId="77777777" w:rsidR="00787A6C" w:rsidRPr="009925DE" w:rsidRDefault="00787A6C" w:rsidP="00FC4649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25DEA73" w14:textId="77777777" w:rsidR="00FC4649" w:rsidRDefault="00FC4649" w:rsidP="00FC464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020DF76D" w14:textId="03791820" w:rsidR="00144355" w:rsidRPr="009925DE" w:rsidRDefault="00FC4649" w:rsidP="00F94C2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925DE">
        <w:rPr>
          <w:sz w:val="28"/>
          <w:szCs w:val="28"/>
          <w:lang w:val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6 марта 2006 года № 35-ФЗ </w:t>
      </w:r>
      <w:r w:rsidR="009925DE">
        <w:rPr>
          <w:sz w:val="28"/>
          <w:szCs w:val="28"/>
          <w:lang w:val="ru-RU"/>
        </w:rPr>
        <w:br/>
      </w:r>
      <w:r w:rsidRPr="009925DE">
        <w:rPr>
          <w:sz w:val="28"/>
          <w:szCs w:val="28"/>
          <w:lang w:val="ru-RU"/>
        </w:rPr>
        <w:t xml:space="preserve">«О противодействии терроризму», Федеральным законом от 25 июля 2002 года № 114-ФЗ «О противодействии экстремистской деятельности», руководствуясь Уставом городского округа Нальчик, в целях реализации полномочий по профилактике терроризма и экстремизма, организации мероприятий по работе с детьми и молодежью, развития дополнительного образования, а также в целях финансового обеспечения проведения муниципального конкурса школьных анимационных видеороликов «Нальчик – территория мира, согласия и безопасности», Местная администрация городского округа Нальчик </w:t>
      </w:r>
      <w:r w:rsidR="00787A6C">
        <w:rPr>
          <w:sz w:val="28"/>
          <w:szCs w:val="28"/>
          <w:lang w:val="ru-RU"/>
        </w:rPr>
        <w:br/>
      </w:r>
      <w:r w:rsidRPr="009925DE">
        <w:rPr>
          <w:b/>
          <w:sz w:val="28"/>
          <w:szCs w:val="28"/>
          <w:lang w:val="ru-RU"/>
        </w:rPr>
        <w:t>п о с т а н о в л я е т :</w:t>
      </w:r>
    </w:p>
    <w:p w14:paraId="6CD9AF9E" w14:textId="31CAB84D" w:rsidR="00144355" w:rsidRPr="009925DE" w:rsidRDefault="00FC4649" w:rsidP="00F94C2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 xml:space="preserve">1. </w:t>
      </w:r>
      <w:r w:rsidRPr="009925DE">
        <w:rPr>
          <w:sz w:val="28"/>
          <w:szCs w:val="28"/>
          <w:lang w:val="ru-RU"/>
        </w:rPr>
        <w:t xml:space="preserve">Внести в муниципальную программу «Профилактика терроризма и экстремизма в городском округе Нальчик» на период с 2026 по 2028 годы, </w:t>
      </w:r>
      <w:r w:rsidRPr="009925DE">
        <w:rPr>
          <w:sz w:val="28"/>
          <w:szCs w:val="28"/>
          <w:lang w:val="ru-RU"/>
        </w:rPr>
        <w:lastRenderedPageBreak/>
        <w:t xml:space="preserve">утвержденную постановлением Местной администрации городского округа Нальчик </w:t>
      </w:r>
      <w:bookmarkStart w:id="0" w:name="_Hlk238077912"/>
      <w:bookmarkStart w:id="1" w:name="_Hlk238077799"/>
      <w:bookmarkStart w:id="2" w:name="_Hlk238078013"/>
      <w:r w:rsidRPr="009925DE">
        <w:rPr>
          <w:sz w:val="28"/>
          <w:szCs w:val="28"/>
          <w:lang w:val="ru-RU"/>
        </w:rPr>
        <w:t>от 18 августа 2026 г. № 1142</w:t>
      </w:r>
      <w:bookmarkEnd w:id="0"/>
      <w:r w:rsidR="00787A6C">
        <w:rPr>
          <w:sz w:val="28"/>
          <w:szCs w:val="28"/>
          <w:lang w:val="ru-RU"/>
        </w:rPr>
        <w:t xml:space="preserve"> </w:t>
      </w:r>
      <w:bookmarkEnd w:id="1"/>
      <w:r w:rsidR="00787A6C" w:rsidRPr="00787A6C">
        <w:rPr>
          <w:rFonts w:cs="Times New Roman"/>
          <w:bCs/>
          <w:color w:val="111111"/>
          <w:kern w:val="36"/>
          <w:sz w:val="28"/>
          <w:szCs w:val="28"/>
          <w:lang w:val="ru-RU" w:eastAsia="ru-RU"/>
        </w:rPr>
        <w:t>Об утверждении муниципальной программы «Профилактика терроризма и экстремизма в городском округе Нальчик»</w:t>
      </w:r>
      <w:bookmarkEnd w:id="2"/>
      <w:r w:rsidRPr="00787A6C">
        <w:rPr>
          <w:bCs/>
          <w:sz w:val="28"/>
          <w:szCs w:val="28"/>
          <w:lang w:val="ru-RU"/>
        </w:rPr>
        <w:t>,</w:t>
      </w:r>
      <w:r w:rsidRPr="009925DE">
        <w:rPr>
          <w:sz w:val="28"/>
          <w:szCs w:val="28"/>
          <w:lang w:val="ru-RU"/>
        </w:rPr>
        <w:t xml:space="preserve"> изменения согласно приложению к настоящему постановлению.</w:t>
      </w:r>
    </w:p>
    <w:p w14:paraId="763321E1" w14:textId="77777777" w:rsidR="00144355" w:rsidRPr="009925DE" w:rsidRDefault="00FC4649" w:rsidP="00F94C2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 xml:space="preserve">2. </w:t>
      </w:r>
      <w:r w:rsidRPr="009925DE">
        <w:rPr>
          <w:sz w:val="28"/>
          <w:szCs w:val="28"/>
          <w:lang w:val="ru-RU"/>
        </w:rPr>
        <w:t>Опубликовать настоящее постановление в газете «Нальчик» и разместить на официальном сайте городского округа Нальчик «</w:t>
      </w:r>
      <w:proofErr w:type="spellStart"/>
      <w:r w:rsidRPr="009925DE">
        <w:rPr>
          <w:sz w:val="28"/>
          <w:szCs w:val="28"/>
        </w:rPr>
        <w:t>admnalchik</w:t>
      </w:r>
      <w:proofErr w:type="spellEnd"/>
      <w:r w:rsidRPr="009925DE">
        <w:rPr>
          <w:sz w:val="28"/>
          <w:szCs w:val="28"/>
          <w:lang w:val="ru-RU"/>
        </w:rPr>
        <w:t>.</w:t>
      </w:r>
      <w:proofErr w:type="spellStart"/>
      <w:r w:rsidRPr="009925DE">
        <w:rPr>
          <w:sz w:val="28"/>
          <w:szCs w:val="28"/>
        </w:rPr>
        <w:t>ru</w:t>
      </w:r>
      <w:proofErr w:type="spellEnd"/>
      <w:r w:rsidRPr="009925DE">
        <w:rPr>
          <w:sz w:val="28"/>
          <w:szCs w:val="28"/>
          <w:lang w:val="ru-RU"/>
        </w:rPr>
        <w:t>» в порядке, установленном Уставом городского округа Нальчик.</w:t>
      </w:r>
    </w:p>
    <w:p w14:paraId="1D1E675B" w14:textId="064360B8" w:rsidR="00450E55" w:rsidRPr="009925DE" w:rsidRDefault="00450E55" w:rsidP="00450E55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Pr="009925DE">
        <w:rPr>
          <w:b/>
          <w:sz w:val="28"/>
          <w:szCs w:val="28"/>
          <w:lang w:val="ru-RU"/>
        </w:rPr>
        <w:t xml:space="preserve">. </w:t>
      </w:r>
      <w:r w:rsidRPr="009925DE">
        <w:rPr>
          <w:sz w:val="28"/>
          <w:szCs w:val="28"/>
          <w:lang w:val="ru-RU"/>
        </w:rPr>
        <w:t>Настоящее постановление вступает в силу со дня его официального опубликования.</w:t>
      </w:r>
    </w:p>
    <w:p w14:paraId="22A7B1A5" w14:textId="6B9CC489" w:rsidR="00144355" w:rsidRPr="009925DE" w:rsidRDefault="00450E55" w:rsidP="00FC464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</w:t>
      </w:r>
      <w:r w:rsidR="00FC4649" w:rsidRPr="009925DE">
        <w:rPr>
          <w:b/>
          <w:sz w:val="28"/>
          <w:szCs w:val="28"/>
          <w:lang w:val="ru-RU"/>
        </w:rPr>
        <w:t xml:space="preserve">. </w:t>
      </w:r>
      <w:r w:rsidR="00FC4649" w:rsidRPr="009925DE">
        <w:rPr>
          <w:sz w:val="28"/>
          <w:szCs w:val="28"/>
          <w:lang w:val="ru-RU"/>
        </w:rPr>
        <w:t xml:space="preserve">Контроль за выполнением настоящего постановления возложить на заместителя Главы Местной администрации городского округа Нальчик </w:t>
      </w:r>
      <w:r>
        <w:rPr>
          <w:sz w:val="28"/>
          <w:szCs w:val="28"/>
          <w:lang w:val="ru-RU"/>
        </w:rPr>
        <w:br/>
      </w:r>
      <w:r w:rsidR="00FC4649" w:rsidRPr="009925DE">
        <w:rPr>
          <w:sz w:val="28"/>
          <w:szCs w:val="28"/>
          <w:lang w:val="ru-RU"/>
        </w:rPr>
        <w:t>Р.А. Бетрозова.</w:t>
      </w:r>
    </w:p>
    <w:p w14:paraId="1CCF37C8" w14:textId="77777777" w:rsidR="00144355" w:rsidRPr="009925DE" w:rsidRDefault="00144355" w:rsidP="00FC4649">
      <w:pPr>
        <w:spacing w:after="0" w:line="240" w:lineRule="auto"/>
        <w:rPr>
          <w:sz w:val="28"/>
          <w:szCs w:val="28"/>
          <w:lang w:val="ru-RU"/>
        </w:rPr>
      </w:pPr>
    </w:p>
    <w:p w14:paraId="461B62B3" w14:textId="77777777" w:rsidR="00FC4649" w:rsidRDefault="00FC4649" w:rsidP="00FC4649">
      <w:pPr>
        <w:spacing w:after="0" w:line="240" w:lineRule="auto"/>
        <w:rPr>
          <w:b/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>Временно исполняющий</w:t>
      </w:r>
      <w:r w:rsidRPr="009925DE">
        <w:rPr>
          <w:b/>
          <w:sz w:val="28"/>
          <w:szCs w:val="28"/>
          <w:lang w:val="ru-RU"/>
        </w:rPr>
        <w:br/>
        <w:t>полномочия Главы</w:t>
      </w:r>
      <w:r w:rsidRPr="009925DE">
        <w:rPr>
          <w:b/>
          <w:sz w:val="28"/>
          <w:szCs w:val="28"/>
          <w:lang w:val="ru-RU"/>
        </w:rPr>
        <w:tab/>
      </w:r>
      <w:r w:rsidRPr="009925DE">
        <w:rPr>
          <w:b/>
          <w:sz w:val="28"/>
          <w:szCs w:val="28"/>
          <w:lang w:val="ru-RU"/>
        </w:rPr>
        <w:tab/>
      </w:r>
      <w:r w:rsidR="009925DE">
        <w:rPr>
          <w:b/>
          <w:sz w:val="28"/>
          <w:szCs w:val="28"/>
          <w:lang w:val="ru-RU"/>
        </w:rPr>
        <w:tab/>
      </w:r>
      <w:r w:rsidR="009925DE">
        <w:rPr>
          <w:b/>
          <w:sz w:val="28"/>
          <w:szCs w:val="28"/>
          <w:lang w:val="ru-RU"/>
        </w:rPr>
        <w:tab/>
      </w:r>
      <w:r w:rsidRPr="009925DE">
        <w:rPr>
          <w:b/>
          <w:sz w:val="28"/>
          <w:szCs w:val="28"/>
          <w:lang w:val="ru-RU"/>
        </w:rPr>
        <w:tab/>
      </w:r>
      <w:r w:rsidRPr="009925DE">
        <w:rPr>
          <w:b/>
          <w:sz w:val="28"/>
          <w:szCs w:val="28"/>
          <w:lang w:val="ru-RU"/>
        </w:rPr>
        <w:tab/>
      </w:r>
      <w:r w:rsidRPr="009925DE">
        <w:rPr>
          <w:b/>
          <w:sz w:val="28"/>
          <w:szCs w:val="28"/>
          <w:lang w:val="ru-RU"/>
        </w:rPr>
        <w:tab/>
      </w:r>
      <w:r w:rsidRPr="009925DE">
        <w:rPr>
          <w:b/>
          <w:sz w:val="28"/>
          <w:szCs w:val="28"/>
          <w:lang w:val="ru-RU"/>
        </w:rPr>
        <w:tab/>
        <w:t>А. Ашхотов</w:t>
      </w:r>
    </w:p>
    <w:p w14:paraId="73534A6A" w14:textId="28A11124" w:rsidR="00144355" w:rsidRPr="009925DE" w:rsidRDefault="00FC4649" w:rsidP="00FC4649">
      <w:pPr>
        <w:spacing w:after="0" w:line="240" w:lineRule="auto"/>
        <w:jc w:val="center"/>
        <w:rPr>
          <w:sz w:val="28"/>
          <w:szCs w:val="28"/>
          <w:lang w:val="ru-RU"/>
        </w:rPr>
      </w:pPr>
      <w:r w:rsidRPr="009925DE">
        <w:rPr>
          <w:sz w:val="28"/>
          <w:szCs w:val="28"/>
          <w:lang w:val="ru-RU"/>
        </w:rPr>
        <w:br w:type="page"/>
      </w:r>
    </w:p>
    <w:p w14:paraId="5D5ACB9A" w14:textId="77777777" w:rsidR="00144355" w:rsidRPr="00730119" w:rsidRDefault="00FC4649" w:rsidP="00FC4649">
      <w:pPr>
        <w:spacing w:after="0" w:line="240" w:lineRule="auto"/>
        <w:jc w:val="right"/>
        <w:rPr>
          <w:iCs/>
          <w:sz w:val="28"/>
          <w:szCs w:val="28"/>
          <w:lang w:val="ru-RU"/>
        </w:rPr>
      </w:pPr>
      <w:r w:rsidRPr="00730119">
        <w:rPr>
          <w:iCs/>
          <w:sz w:val="28"/>
          <w:szCs w:val="28"/>
          <w:lang w:val="ru-RU"/>
        </w:rPr>
        <w:lastRenderedPageBreak/>
        <w:t>Приложение</w:t>
      </w:r>
      <w:r w:rsidRPr="00730119">
        <w:rPr>
          <w:iCs/>
          <w:sz w:val="28"/>
          <w:szCs w:val="28"/>
          <w:lang w:val="ru-RU"/>
        </w:rPr>
        <w:br/>
        <w:t>к постановлению Местной администрации</w:t>
      </w:r>
      <w:r w:rsidRPr="00730119">
        <w:rPr>
          <w:iCs/>
          <w:sz w:val="28"/>
          <w:szCs w:val="28"/>
          <w:lang w:val="ru-RU"/>
        </w:rPr>
        <w:br/>
        <w:t>городского округа Нальчик</w:t>
      </w:r>
      <w:r w:rsidRPr="00730119">
        <w:rPr>
          <w:iCs/>
          <w:sz w:val="28"/>
          <w:szCs w:val="28"/>
          <w:lang w:val="ru-RU"/>
        </w:rPr>
        <w:br/>
        <w:t>от «___» ____________ 2026 г. № _____</w:t>
      </w:r>
    </w:p>
    <w:p w14:paraId="7D75F854" w14:textId="77777777" w:rsidR="00FC4649" w:rsidRDefault="00FC4649" w:rsidP="00FC4649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100FCA0" w14:textId="77777777" w:rsidR="00FC4649" w:rsidRDefault="00FC4649" w:rsidP="00FC4649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F41BFF6" w14:textId="602FE25C" w:rsidR="00144355" w:rsidRDefault="00FC4649" w:rsidP="00FB3812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>ИЗМЕНЕНИЯ,</w:t>
      </w:r>
      <w:r w:rsidRPr="009925DE">
        <w:rPr>
          <w:b/>
          <w:sz w:val="28"/>
          <w:szCs w:val="28"/>
          <w:lang w:val="ru-RU"/>
        </w:rPr>
        <w:br/>
        <w:t>вносимые в муниципальную программу «Профилактика терроризма и экстремизма в городском округе Нальчик» на период с 2026 по 2028 годы, утвержденную постановлением Местной администрации городского округа Нальчик от 18 августа 2026 г. № 1142</w:t>
      </w:r>
    </w:p>
    <w:p w14:paraId="66CCF4F9" w14:textId="4749C86E" w:rsidR="00787A6C" w:rsidRPr="00787A6C" w:rsidRDefault="00787A6C" w:rsidP="00FB3812">
      <w:pPr>
        <w:spacing w:after="0" w:line="240" w:lineRule="auto"/>
        <w:jc w:val="center"/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</w:pPr>
      <w:r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  <w:t>«</w:t>
      </w:r>
      <w:r w:rsidRPr="00787A6C"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  <w:t xml:space="preserve">Об утверждении муниципальной программы </w:t>
      </w:r>
    </w:p>
    <w:p w14:paraId="280BC68E" w14:textId="5FDEE7EB" w:rsidR="00787A6C" w:rsidRPr="00787A6C" w:rsidRDefault="00787A6C" w:rsidP="00FB3812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787A6C">
        <w:rPr>
          <w:rFonts w:cs="Times New Roman"/>
          <w:b/>
          <w:color w:val="111111"/>
          <w:kern w:val="36"/>
          <w:sz w:val="28"/>
          <w:szCs w:val="28"/>
          <w:lang w:val="ru-RU" w:eastAsia="ru-RU"/>
        </w:rPr>
        <w:t>«Профилактика терроризма и экстремизма в городском округе Нальчик»</w:t>
      </w:r>
    </w:p>
    <w:p w14:paraId="5E4D9E99" w14:textId="77777777" w:rsidR="00FC4649" w:rsidRDefault="00FC4649" w:rsidP="00FC4649">
      <w:pPr>
        <w:spacing w:after="0" w:line="240" w:lineRule="auto"/>
        <w:ind w:firstLine="709"/>
        <w:jc w:val="both"/>
        <w:rPr>
          <w:b/>
          <w:sz w:val="28"/>
          <w:szCs w:val="28"/>
          <w:lang w:val="ru-RU"/>
        </w:rPr>
      </w:pPr>
    </w:p>
    <w:p w14:paraId="186E4B96" w14:textId="31C499D0" w:rsidR="00144355" w:rsidRPr="009925DE" w:rsidRDefault="00FC4649" w:rsidP="00FC464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 xml:space="preserve">1. </w:t>
      </w:r>
      <w:r w:rsidRPr="009925DE">
        <w:rPr>
          <w:sz w:val="28"/>
          <w:szCs w:val="28"/>
          <w:lang w:val="ru-RU"/>
        </w:rPr>
        <w:t>В Паспорте муниципальной программы позицию «Объемы финансирования программы» изложить в следующей редакции:</w:t>
      </w:r>
    </w:p>
    <w:p w14:paraId="38525A3B" w14:textId="77777777" w:rsidR="00730119" w:rsidRPr="00730119" w:rsidRDefault="00FC4649" w:rsidP="00FC4649">
      <w:pPr>
        <w:spacing w:after="0" w:line="240" w:lineRule="auto"/>
        <w:ind w:firstLine="709"/>
        <w:jc w:val="both"/>
        <w:rPr>
          <w:iCs/>
          <w:sz w:val="28"/>
          <w:szCs w:val="28"/>
          <w:lang w:val="ru-RU"/>
        </w:rPr>
      </w:pPr>
      <w:r w:rsidRPr="00730119">
        <w:rPr>
          <w:iCs/>
          <w:sz w:val="28"/>
          <w:szCs w:val="28"/>
          <w:lang w:val="ru-RU"/>
        </w:rPr>
        <w:t>«Финансирование реализации программы будет осуществляться за счет средств местного бюджета городского округа Нальчик в течение следующих периодов:</w:t>
      </w:r>
    </w:p>
    <w:p w14:paraId="15BE9A30" w14:textId="5DFAAE03" w:rsidR="00730119" w:rsidRPr="00730119" w:rsidRDefault="00FC4649" w:rsidP="00FC4649">
      <w:pPr>
        <w:spacing w:after="0" w:line="240" w:lineRule="auto"/>
        <w:ind w:firstLine="709"/>
        <w:jc w:val="both"/>
        <w:rPr>
          <w:iCs/>
          <w:sz w:val="28"/>
          <w:szCs w:val="28"/>
          <w:lang w:val="ru-RU"/>
        </w:rPr>
      </w:pPr>
      <w:r w:rsidRPr="00730119">
        <w:rPr>
          <w:iCs/>
          <w:sz w:val="28"/>
          <w:szCs w:val="28"/>
          <w:lang w:val="ru-RU"/>
        </w:rPr>
        <w:t>2026 год – 96 7</w:t>
      </w:r>
      <w:r w:rsidR="0074402C">
        <w:rPr>
          <w:iCs/>
          <w:sz w:val="28"/>
          <w:szCs w:val="28"/>
          <w:lang w:val="ru-RU"/>
        </w:rPr>
        <w:t>5</w:t>
      </w:r>
      <w:r w:rsidRPr="00730119">
        <w:rPr>
          <w:iCs/>
          <w:sz w:val="28"/>
          <w:szCs w:val="28"/>
          <w:lang w:val="ru-RU"/>
        </w:rPr>
        <w:t>4,5;</w:t>
      </w:r>
    </w:p>
    <w:p w14:paraId="32E64A46" w14:textId="77777777" w:rsidR="00730119" w:rsidRPr="00730119" w:rsidRDefault="00FC4649" w:rsidP="00FC4649">
      <w:pPr>
        <w:spacing w:after="0" w:line="240" w:lineRule="auto"/>
        <w:ind w:firstLine="709"/>
        <w:jc w:val="both"/>
        <w:rPr>
          <w:iCs/>
          <w:sz w:val="28"/>
          <w:szCs w:val="28"/>
          <w:lang w:val="ru-RU"/>
        </w:rPr>
      </w:pPr>
      <w:r w:rsidRPr="00730119">
        <w:rPr>
          <w:iCs/>
          <w:sz w:val="28"/>
          <w:szCs w:val="28"/>
          <w:lang w:val="ru-RU"/>
        </w:rPr>
        <w:t>2027 год – 93 311,4;</w:t>
      </w:r>
    </w:p>
    <w:p w14:paraId="63DE8C5B" w14:textId="77777777" w:rsidR="00730119" w:rsidRPr="00730119" w:rsidRDefault="00FC4649" w:rsidP="00FC4649">
      <w:pPr>
        <w:spacing w:after="0" w:line="240" w:lineRule="auto"/>
        <w:ind w:firstLine="709"/>
        <w:jc w:val="both"/>
        <w:rPr>
          <w:iCs/>
          <w:sz w:val="28"/>
          <w:szCs w:val="28"/>
          <w:lang w:val="ru-RU"/>
        </w:rPr>
      </w:pPr>
      <w:r w:rsidRPr="00730119">
        <w:rPr>
          <w:iCs/>
          <w:sz w:val="28"/>
          <w:szCs w:val="28"/>
          <w:lang w:val="ru-RU"/>
        </w:rPr>
        <w:t>2028 год – 93 311,4.</w:t>
      </w:r>
    </w:p>
    <w:p w14:paraId="5A567FD9" w14:textId="195B6FD9" w:rsidR="00144355" w:rsidRPr="00730119" w:rsidRDefault="00FC4649" w:rsidP="00FC4649">
      <w:pPr>
        <w:spacing w:after="0" w:line="240" w:lineRule="auto"/>
        <w:ind w:firstLine="709"/>
        <w:jc w:val="both"/>
        <w:rPr>
          <w:iCs/>
          <w:sz w:val="28"/>
          <w:szCs w:val="28"/>
          <w:lang w:val="ru-RU"/>
        </w:rPr>
      </w:pPr>
      <w:r w:rsidRPr="00730119">
        <w:rPr>
          <w:iCs/>
          <w:sz w:val="28"/>
          <w:szCs w:val="28"/>
          <w:lang w:val="ru-RU"/>
        </w:rPr>
        <w:t>Объемы финансирования носят прогнозный характер и подлежат ежегодной корректировке с учетом возможностей местного бюджета».</w:t>
      </w:r>
    </w:p>
    <w:p w14:paraId="4373972D" w14:textId="11DB0945" w:rsidR="00144355" w:rsidRDefault="00FC4649" w:rsidP="00FC464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t xml:space="preserve">2. </w:t>
      </w:r>
      <w:r w:rsidRPr="009925DE">
        <w:rPr>
          <w:sz w:val="28"/>
          <w:szCs w:val="28"/>
          <w:lang w:val="ru-RU"/>
        </w:rPr>
        <w:t>В Приложении «Ресурсное обеспечение реализации муниципальной программы за счет средств местного бюджета городского округа Нальчик» к муниципальной программе таблицу изложить в следующей редакции:</w:t>
      </w:r>
    </w:p>
    <w:p w14:paraId="1AFF52D7" w14:textId="77777777" w:rsidR="00730119" w:rsidRPr="009925DE" w:rsidRDefault="00730119" w:rsidP="00FC4649">
      <w:pPr>
        <w:spacing w:after="0" w:line="240" w:lineRule="auto"/>
        <w:jc w:val="both"/>
        <w:rPr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312"/>
        <w:gridCol w:w="2592"/>
        <w:gridCol w:w="1296"/>
        <w:gridCol w:w="1296"/>
        <w:gridCol w:w="1296"/>
      </w:tblGrid>
      <w:tr w:rsidR="00144355" w:rsidRPr="000B7F04" w14:paraId="1000C173" w14:textId="77777777" w:rsidTr="00E167D6">
        <w:trPr>
          <w:jc w:val="center"/>
        </w:trPr>
        <w:tc>
          <w:tcPr>
            <w:tcW w:w="57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7B700A" w14:textId="77777777" w:rsidR="00144355" w:rsidRPr="00730119" w:rsidRDefault="00FC4649" w:rsidP="00FC4649">
            <w:pPr>
              <w:jc w:val="center"/>
              <w:rPr>
                <w:b/>
                <w:bCs/>
              </w:rPr>
            </w:pPr>
            <w:r w:rsidRPr="00730119">
              <w:rPr>
                <w:b/>
                <w:bCs/>
              </w:rPr>
              <w:t>№</w:t>
            </w:r>
          </w:p>
        </w:tc>
        <w:tc>
          <w:tcPr>
            <w:tcW w:w="331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860F8A" w14:textId="77777777" w:rsidR="00144355" w:rsidRPr="00730119" w:rsidRDefault="00FC4649" w:rsidP="00FC4649">
            <w:pPr>
              <w:jc w:val="center"/>
              <w:rPr>
                <w:b/>
                <w:bCs/>
              </w:rPr>
            </w:pPr>
            <w:proofErr w:type="spellStart"/>
            <w:r w:rsidRPr="00730119">
              <w:rPr>
                <w:b/>
                <w:bCs/>
              </w:rPr>
              <w:t>Мероприятие</w:t>
            </w:r>
            <w:proofErr w:type="spellEnd"/>
          </w:p>
        </w:tc>
        <w:tc>
          <w:tcPr>
            <w:tcW w:w="259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0F0E28" w14:textId="77777777" w:rsidR="00144355" w:rsidRPr="00730119" w:rsidRDefault="00FC4649" w:rsidP="00FC4649">
            <w:pPr>
              <w:jc w:val="center"/>
              <w:rPr>
                <w:b/>
                <w:bCs/>
              </w:rPr>
            </w:pPr>
            <w:proofErr w:type="spellStart"/>
            <w:r w:rsidRPr="00730119">
              <w:rPr>
                <w:b/>
                <w:bCs/>
              </w:rPr>
              <w:t>Исполнители</w:t>
            </w:r>
            <w:proofErr w:type="spellEnd"/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9ED306" w14:textId="77777777" w:rsidR="00144355" w:rsidRPr="00E1113D" w:rsidRDefault="00FC4649" w:rsidP="00FC4649">
            <w:pPr>
              <w:jc w:val="center"/>
              <w:rPr>
                <w:b/>
                <w:bCs/>
                <w:lang w:val="ru-RU"/>
              </w:rPr>
            </w:pPr>
            <w:r w:rsidRPr="00E1113D">
              <w:rPr>
                <w:b/>
                <w:bCs/>
                <w:lang w:val="ru-RU"/>
              </w:rPr>
              <w:t>Сумма по годам (тыс. руб.)</w:t>
            </w:r>
            <w:r w:rsidRPr="00E1113D">
              <w:rPr>
                <w:b/>
                <w:bCs/>
                <w:lang w:val="ru-RU"/>
              </w:rPr>
              <w:br/>
              <w:t>2026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125364" w14:textId="77777777" w:rsidR="00144355" w:rsidRPr="00E1113D" w:rsidRDefault="00FC4649" w:rsidP="00FC4649">
            <w:pPr>
              <w:jc w:val="center"/>
              <w:rPr>
                <w:b/>
                <w:bCs/>
                <w:lang w:val="ru-RU"/>
              </w:rPr>
            </w:pPr>
            <w:r w:rsidRPr="00E1113D">
              <w:rPr>
                <w:b/>
                <w:bCs/>
                <w:lang w:val="ru-RU"/>
              </w:rPr>
              <w:t>Сумма по годам (тыс. руб.)</w:t>
            </w:r>
            <w:r w:rsidRPr="00E1113D">
              <w:rPr>
                <w:b/>
                <w:bCs/>
                <w:lang w:val="ru-RU"/>
              </w:rPr>
              <w:br/>
              <w:t>2027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15DE60" w14:textId="77777777" w:rsidR="00144355" w:rsidRPr="00E1113D" w:rsidRDefault="00FC4649" w:rsidP="00FC4649">
            <w:pPr>
              <w:jc w:val="center"/>
              <w:rPr>
                <w:b/>
                <w:bCs/>
                <w:lang w:val="ru-RU"/>
              </w:rPr>
            </w:pPr>
            <w:r w:rsidRPr="00E1113D">
              <w:rPr>
                <w:b/>
                <w:bCs/>
                <w:lang w:val="ru-RU"/>
              </w:rPr>
              <w:t>Сумма по годам (тыс. руб.)</w:t>
            </w:r>
            <w:r w:rsidRPr="00E1113D">
              <w:rPr>
                <w:b/>
                <w:bCs/>
                <w:lang w:val="ru-RU"/>
              </w:rPr>
              <w:br/>
              <w:t>2028</w:t>
            </w:r>
          </w:p>
        </w:tc>
      </w:tr>
      <w:tr w:rsidR="00144355" w:rsidRPr="00730119" w14:paraId="6B49558F" w14:textId="77777777" w:rsidTr="00E167D6">
        <w:trPr>
          <w:jc w:val="center"/>
        </w:trPr>
        <w:tc>
          <w:tcPr>
            <w:tcW w:w="57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0A1194" w14:textId="77777777" w:rsidR="00144355" w:rsidRPr="00730119" w:rsidRDefault="00FC4649" w:rsidP="00FC4649">
            <w:r w:rsidRPr="00730119">
              <w:t>1</w:t>
            </w:r>
          </w:p>
        </w:tc>
        <w:tc>
          <w:tcPr>
            <w:tcW w:w="331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51021B" w14:textId="77777777" w:rsidR="00144355" w:rsidRPr="00E1113D" w:rsidRDefault="00FC4649" w:rsidP="00FC4649">
            <w:pPr>
              <w:rPr>
                <w:lang w:val="ru-RU"/>
              </w:rPr>
            </w:pPr>
            <w:r w:rsidRPr="00E1113D">
              <w:rPr>
                <w:lang w:val="ru-RU"/>
              </w:rPr>
              <w:t>Проведение мероприятий по обеспечению антитеррористической защищенности объектов (территорий) в муниципальных учреждениях</w:t>
            </w:r>
          </w:p>
        </w:tc>
        <w:tc>
          <w:tcPr>
            <w:tcW w:w="259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76E17A" w14:textId="14C0ED2E" w:rsidR="00DA178D" w:rsidRDefault="006711D1" w:rsidP="00FC4649">
            <w:pPr>
              <w:rPr>
                <w:lang w:val="ru-RU"/>
              </w:rPr>
            </w:pPr>
            <w:r w:rsidRPr="00E1113D">
              <w:rPr>
                <w:lang w:val="ru-RU"/>
              </w:rPr>
              <w:t>МКУ «Департамент образования Местной администрации городского округа Нальчик»</w:t>
            </w:r>
            <w:r w:rsidR="00DA178D">
              <w:rPr>
                <w:lang w:val="ru-RU"/>
              </w:rPr>
              <w:t>;</w:t>
            </w:r>
            <w:r w:rsidR="00FC4649" w:rsidRPr="00E1113D">
              <w:rPr>
                <w:lang w:val="ru-RU"/>
              </w:rPr>
              <w:t xml:space="preserve"> </w:t>
            </w:r>
          </w:p>
          <w:p w14:paraId="2D473EDC" w14:textId="77777777" w:rsidR="00DA178D" w:rsidRDefault="00DA178D" w:rsidP="00DA178D">
            <w:pPr>
              <w:spacing w:line="240" w:lineRule="auto"/>
              <w:rPr>
                <w:iCs/>
                <w:szCs w:val="24"/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 xml:space="preserve">МКУ </w:t>
            </w:r>
            <w:r>
              <w:rPr>
                <w:iCs/>
                <w:szCs w:val="24"/>
                <w:lang w:val="ru-RU"/>
              </w:rPr>
              <w:t>«</w:t>
            </w:r>
            <w:r w:rsidRPr="006711D1">
              <w:rPr>
                <w:iCs/>
                <w:szCs w:val="24"/>
                <w:lang w:val="ru-RU"/>
              </w:rPr>
              <w:t xml:space="preserve">Управление культуры Местной </w:t>
            </w:r>
            <w:r w:rsidRPr="006711D1">
              <w:rPr>
                <w:iCs/>
                <w:szCs w:val="24"/>
                <w:lang w:val="ru-RU"/>
              </w:rPr>
              <w:lastRenderedPageBreak/>
              <w:t>администрации городского округа Нальчик</w:t>
            </w:r>
            <w:r>
              <w:rPr>
                <w:iCs/>
                <w:szCs w:val="24"/>
                <w:lang w:val="ru-RU"/>
              </w:rPr>
              <w:t>»;</w:t>
            </w:r>
            <w:r w:rsidRPr="006711D1">
              <w:rPr>
                <w:iCs/>
                <w:szCs w:val="24"/>
                <w:lang w:val="ru-RU"/>
              </w:rPr>
              <w:t xml:space="preserve"> </w:t>
            </w:r>
          </w:p>
          <w:p w14:paraId="0FCA8726" w14:textId="21434D59" w:rsidR="00144355" w:rsidRPr="00E1113D" w:rsidRDefault="00DA178D" w:rsidP="00DA178D">
            <w:pPr>
              <w:rPr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 xml:space="preserve">МКУ </w:t>
            </w:r>
            <w:r>
              <w:rPr>
                <w:iCs/>
                <w:szCs w:val="24"/>
                <w:lang w:val="ru-RU"/>
              </w:rPr>
              <w:t>«</w:t>
            </w:r>
            <w:r w:rsidRPr="006711D1">
              <w:rPr>
                <w:iCs/>
                <w:szCs w:val="24"/>
                <w:lang w:val="ru-RU"/>
              </w:rPr>
              <w:t>Управление по физической культуре и спорту Местной администрации городского округа Нальчик</w:t>
            </w:r>
            <w:r>
              <w:rPr>
                <w:iCs/>
                <w:szCs w:val="24"/>
                <w:lang w:val="ru-RU"/>
              </w:rPr>
              <w:t>»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AF7F44" w14:textId="77777777" w:rsidR="00144355" w:rsidRPr="00730119" w:rsidRDefault="00FC4649" w:rsidP="00DA178D">
            <w:pPr>
              <w:jc w:val="center"/>
            </w:pPr>
            <w:r w:rsidRPr="00730119">
              <w:lastRenderedPageBreak/>
              <w:t>95 054,5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B231F6" w14:textId="77777777" w:rsidR="00144355" w:rsidRPr="00730119" w:rsidRDefault="00FC4649" w:rsidP="00DA178D">
            <w:pPr>
              <w:jc w:val="center"/>
            </w:pPr>
            <w:r w:rsidRPr="00730119">
              <w:t>93 311,4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33978A" w14:textId="77777777" w:rsidR="00144355" w:rsidRPr="00730119" w:rsidRDefault="00FC4649" w:rsidP="00DA178D">
            <w:pPr>
              <w:jc w:val="center"/>
            </w:pPr>
            <w:r w:rsidRPr="00730119">
              <w:t>93 311,4</w:t>
            </w:r>
          </w:p>
        </w:tc>
      </w:tr>
      <w:tr w:rsidR="00144355" w:rsidRPr="00730119" w14:paraId="7D1153DE" w14:textId="77777777" w:rsidTr="00E167D6">
        <w:trPr>
          <w:jc w:val="center"/>
        </w:trPr>
        <w:tc>
          <w:tcPr>
            <w:tcW w:w="57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643346" w14:textId="77777777" w:rsidR="00144355" w:rsidRPr="00730119" w:rsidRDefault="00FC4649" w:rsidP="00FC4649">
            <w:r w:rsidRPr="00730119">
              <w:t>2</w:t>
            </w:r>
          </w:p>
        </w:tc>
        <w:tc>
          <w:tcPr>
            <w:tcW w:w="331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100D06" w14:textId="77777777" w:rsidR="00144355" w:rsidRPr="00E1113D" w:rsidRDefault="00FC4649" w:rsidP="00FC4649">
            <w:pPr>
              <w:rPr>
                <w:lang w:val="ru-RU"/>
              </w:rPr>
            </w:pPr>
            <w:r w:rsidRPr="00E1113D">
              <w:rPr>
                <w:lang w:val="ru-RU"/>
              </w:rPr>
              <w:t>Мероприятия по предупреждению террористической деятельности и противодействию идеологии терроризма</w:t>
            </w:r>
          </w:p>
        </w:tc>
        <w:tc>
          <w:tcPr>
            <w:tcW w:w="259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991608" w14:textId="772B1489" w:rsidR="00DA178D" w:rsidRDefault="00DA178D" w:rsidP="00DA178D">
            <w:pPr>
              <w:rPr>
                <w:lang w:val="ru-RU"/>
              </w:rPr>
            </w:pPr>
            <w:r w:rsidRPr="00E1113D">
              <w:rPr>
                <w:lang w:val="ru-RU"/>
              </w:rPr>
              <w:t>МКУ «Департамент образования Местной администрации городского округа Нальчик»</w:t>
            </w:r>
            <w:r>
              <w:rPr>
                <w:lang w:val="ru-RU"/>
              </w:rPr>
              <w:t>;</w:t>
            </w:r>
            <w:r w:rsidRPr="00E1113D">
              <w:rPr>
                <w:lang w:val="ru-RU"/>
              </w:rPr>
              <w:t xml:space="preserve"> </w:t>
            </w:r>
          </w:p>
          <w:p w14:paraId="34D07E1D" w14:textId="10D177E8" w:rsidR="00144355" w:rsidRPr="00E1113D" w:rsidRDefault="00DA178D" w:rsidP="00DA178D">
            <w:pPr>
              <w:rPr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>Управление по делам молодежи Местной администрации городского округа Нальчик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82FDB2" w14:textId="77777777" w:rsidR="00144355" w:rsidRPr="00730119" w:rsidRDefault="00FC4649" w:rsidP="00DA178D">
            <w:pPr>
              <w:jc w:val="center"/>
            </w:pPr>
            <w:r w:rsidRPr="00730119">
              <w:t>700,0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4B635D" w14:textId="77777777" w:rsidR="00144355" w:rsidRPr="00730119" w:rsidRDefault="00FC4649" w:rsidP="00DA178D">
            <w:pPr>
              <w:jc w:val="center"/>
            </w:pPr>
            <w:r w:rsidRPr="00730119">
              <w:t>0,0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2FCE7D" w14:textId="77777777" w:rsidR="00144355" w:rsidRPr="00730119" w:rsidRDefault="00FC4649" w:rsidP="00DA178D">
            <w:pPr>
              <w:jc w:val="center"/>
            </w:pPr>
            <w:r w:rsidRPr="00730119">
              <w:t>0,0</w:t>
            </w:r>
          </w:p>
        </w:tc>
      </w:tr>
      <w:tr w:rsidR="00144355" w:rsidRPr="00730119" w14:paraId="72287F75" w14:textId="77777777" w:rsidTr="00E167D6">
        <w:trPr>
          <w:jc w:val="center"/>
        </w:trPr>
        <w:tc>
          <w:tcPr>
            <w:tcW w:w="57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CB7046" w14:textId="77777777" w:rsidR="00144355" w:rsidRPr="00730119" w:rsidRDefault="00FC4649" w:rsidP="00FC4649">
            <w:r w:rsidRPr="00730119">
              <w:t>3</w:t>
            </w:r>
          </w:p>
        </w:tc>
        <w:tc>
          <w:tcPr>
            <w:tcW w:w="331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9EF463" w14:textId="77777777" w:rsidR="00144355" w:rsidRPr="00E1113D" w:rsidRDefault="00FC4649" w:rsidP="00FC4649">
            <w:pPr>
              <w:rPr>
                <w:lang w:val="ru-RU"/>
              </w:rPr>
            </w:pPr>
            <w:r w:rsidRPr="00E1113D">
              <w:rPr>
                <w:lang w:val="ru-RU"/>
              </w:rPr>
              <w:t>Организация и проведение муниципального конкурса школьных анимационных видеороликов «Нальчик – территория мира, согласия и безопасности»</w:t>
            </w:r>
          </w:p>
        </w:tc>
        <w:tc>
          <w:tcPr>
            <w:tcW w:w="259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16BC4E" w14:textId="75C1A2DB" w:rsidR="00DA178D" w:rsidRDefault="00FC4649" w:rsidP="00FC4649">
            <w:pPr>
              <w:rPr>
                <w:lang w:val="ru-RU"/>
              </w:rPr>
            </w:pPr>
            <w:r w:rsidRPr="00E1113D">
              <w:rPr>
                <w:lang w:val="ru-RU"/>
              </w:rPr>
              <w:t>МКУ «Департамент образования Местной администрации городского округа Нальчик»</w:t>
            </w:r>
            <w:r w:rsidR="00DA178D">
              <w:rPr>
                <w:lang w:val="ru-RU"/>
              </w:rPr>
              <w:t>;</w:t>
            </w:r>
            <w:r w:rsidRPr="00E1113D">
              <w:rPr>
                <w:lang w:val="ru-RU"/>
              </w:rPr>
              <w:t xml:space="preserve"> </w:t>
            </w:r>
          </w:p>
          <w:p w14:paraId="44125454" w14:textId="6BB4B87E" w:rsidR="00144355" w:rsidRPr="00E1113D" w:rsidRDefault="00FC4649" w:rsidP="00FC4649">
            <w:pPr>
              <w:rPr>
                <w:lang w:val="ru-RU"/>
              </w:rPr>
            </w:pPr>
            <w:r w:rsidRPr="00395F90">
              <w:rPr>
                <w:highlight w:val="yellow"/>
                <w:lang w:val="ru-RU"/>
              </w:rPr>
              <w:t>Управление по правоохранительной деятельности, обороны и безопасности Местной администрации городского округа Нальчик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39F69B" w14:textId="77777777" w:rsidR="00144355" w:rsidRPr="00730119" w:rsidRDefault="00FC4649" w:rsidP="00DA178D">
            <w:pPr>
              <w:jc w:val="center"/>
            </w:pPr>
            <w:r w:rsidRPr="00730119">
              <w:t>1 000,0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B654D9" w14:textId="77777777" w:rsidR="00144355" w:rsidRPr="00730119" w:rsidRDefault="00FC4649" w:rsidP="00DA178D">
            <w:pPr>
              <w:jc w:val="center"/>
            </w:pPr>
            <w:r w:rsidRPr="00730119">
              <w:t>0,0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E2000B" w14:textId="77777777" w:rsidR="00144355" w:rsidRPr="00730119" w:rsidRDefault="00FC4649" w:rsidP="00DA178D">
            <w:pPr>
              <w:jc w:val="center"/>
            </w:pPr>
            <w:r w:rsidRPr="00730119">
              <w:t>0,0</w:t>
            </w:r>
          </w:p>
        </w:tc>
      </w:tr>
      <w:tr w:rsidR="00144355" w:rsidRPr="00730119" w14:paraId="38CD9641" w14:textId="77777777" w:rsidTr="00E167D6">
        <w:trPr>
          <w:jc w:val="center"/>
        </w:trPr>
        <w:tc>
          <w:tcPr>
            <w:tcW w:w="57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AEA710" w14:textId="77777777" w:rsidR="00144355" w:rsidRPr="00730119" w:rsidRDefault="00144355" w:rsidP="00FC4649"/>
        </w:tc>
        <w:tc>
          <w:tcPr>
            <w:tcW w:w="331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4BD885" w14:textId="034C95BD" w:rsidR="00144355" w:rsidRPr="00C63365" w:rsidRDefault="00C63365" w:rsidP="00FC4649">
            <w:pPr>
              <w:rPr>
                <w:lang w:val="ru-RU"/>
              </w:rPr>
            </w:pPr>
            <w:r w:rsidRPr="00730119">
              <w:t>ИТОГО</w:t>
            </w:r>
            <w:r>
              <w:rPr>
                <w:lang w:val="ru-RU"/>
              </w:rPr>
              <w:t>:</w:t>
            </w:r>
          </w:p>
        </w:tc>
        <w:tc>
          <w:tcPr>
            <w:tcW w:w="2592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BE39A4" w14:textId="77777777" w:rsidR="00144355" w:rsidRPr="00730119" w:rsidRDefault="00144355" w:rsidP="00FC4649"/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B5FB74" w14:textId="67BED9CB" w:rsidR="00144355" w:rsidRPr="00730119" w:rsidRDefault="00FC4649" w:rsidP="00DA178D">
            <w:pPr>
              <w:jc w:val="center"/>
            </w:pPr>
            <w:r w:rsidRPr="00730119">
              <w:t>96 7</w:t>
            </w:r>
            <w:r w:rsidR="00E167D6">
              <w:rPr>
                <w:lang w:val="ru-RU"/>
              </w:rPr>
              <w:t>5</w:t>
            </w:r>
            <w:r w:rsidRPr="00730119">
              <w:t>4,5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7C77CB" w14:textId="77777777" w:rsidR="00144355" w:rsidRPr="00730119" w:rsidRDefault="00FC4649" w:rsidP="00DA178D">
            <w:pPr>
              <w:jc w:val="center"/>
            </w:pPr>
            <w:r w:rsidRPr="00730119">
              <w:t>93 311,4</w:t>
            </w:r>
          </w:p>
        </w:tc>
        <w:tc>
          <w:tcPr>
            <w:tcW w:w="1296" w:type="dxa"/>
            <w:shd w:val="clear" w:color="auto" w:fill="auto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0C7ABE" w14:textId="77777777" w:rsidR="00144355" w:rsidRPr="00730119" w:rsidRDefault="00FC4649" w:rsidP="00DA178D">
            <w:pPr>
              <w:jc w:val="center"/>
            </w:pPr>
            <w:r w:rsidRPr="00730119">
              <w:t>93 311,4</w:t>
            </w:r>
          </w:p>
        </w:tc>
      </w:tr>
    </w:tbl>
    <w:p w14:paraId="5038A553" w14:textId="77777777" w:rsidR="00730119" w:rsidRDefault="00730119" w:rsidP="00FC4649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14:paraId="14427EB8" w14:textId="6D865D54" w:rsidR="00144355" w:rsidRDefault="00FC4649" w:rsidP="00FC464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9925DE">
        <w:rPr>
          <w:b/>
          <w:sz w:val="28"/>
          <w:szCs w:val="28"/>
          <w:lang w:val="ru-RU"/>
        </w:rPr>
        <w:lastRenderedPageBreak/>
        <w:t xml:space="preserve">3. </w:t>
      </w:r>
      <w:r w:rsidRPr="009925DE">
        <w:rPr>
          <w:sz w:val="28"/>
          <w:szCs w:val="28"/>
          <w:lang w:val="ru-RU"/>
        </w:rPr>
        <w:t xml:space="preserve">В Приложении «Перечень мероприятий муниципальной программы </w:t>
      </w:r>
      <w:r w:rsidR="00730119">
        <w:rPr>
          <w:sz w:val="28"/>
          <w:szCs w:val="28"/>
          <w:lang w:val="ru-RU"/>
        </w:rPr>
        <w:t>«</w:t>
      </w:r>
      <w:r w:rsidRPr="009925DE">
        <w:rPr>
          <w:sz w:val="28"/>
          <w:szCs w:val="28"/>
          <w:lang w:val="ru-RU"/>
        </w:rPr>
        <w:t xml:space="preserve">Профилактика терроризма и экстремизма в городском округе Нальчик» дополнить перечень мероприятий строкой </w:t>
      </w:r>
      <w:r w:rsidR="00D94827">
        <w:rPr>
          <w:sz w:val="28"/>
          <w:szCs w:val="28"/>
          <w:lang w:val="ru-RU"/>
        </w:rPr>
        <w:t>«16»</w:t>
      </w:r>
      <w:r w:rsidR="000B33FB">
        <w:rPr>
          <w:sz w:val="28"/>
          <w:szCs w:val="28"/>
          <w:lang w:val="ru-RU"/>
        </w:rPr>
        <w:t xml:space="preserve"> </w:t>
      </w:r>
      <w:r w:rsidRPr="009925DE">
        <w:rPr>
          <w:sz w:val="28"/>
          <w:szCs w:val="28"/>
          <w:lang w:val="ru-RU"/>
        </w:rPr>
        <w:t>следующего содержания:</w:t>
      </w:r>
    </w:p>
    <w:p w14:paraId="6FF3658D" w14:textId="77777777" w:rsidR="00F80777" w:rsidRDefault="00F80777" w:rsidP="00FC464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4"/>
        <w:gridCol w:w="4554"/>
        <w:gridCol w:w="4761"/>
      </w:tblGrid>
      <w:tr w:rsidR="00F80777" w:rsidRPr="005B1AFC" w14:paraId="25A3CD30" w14:textId="77777777" w:rsidTr="00153076">
        <w:tc>
          <w:tcPr>
            <w:tcW w:w="0" w:type="auto"/>
            <w:vAlign w:val="center"/>
          </w:tcPr>
          <w:p w14:paraId="0B0F59FD" w14:textId="0DD577EF" w:rsidR="00F80777" w:rsidRPr="00F80777" w:rsidRDefault="00F80777" w:rsidP="004066FB">
            <w:pPr>
              <w:spacing w:after="0" w:line="240" w:lineRule="auto"/>
              <w:jc w:val="center"/>
              <w:rPr>
                <w:szCs w:val="28"/>
              </w:rPr>
            </w:pPr>
            <w:r w:rsidRPr="00F80777">
              <w:rPr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14:paraId="66FBF827" w14:textId="77777777" w:rsidR="00F80777" w:rsidRPr="00F80777" w:rsidRDefault="00F80777" w:rsidP="004066FB">
            <w:pPr>
              <w:spacing w:after="0" w:line="240" w:lineRule="auto"/>
              <w:jc w:val="center"/>
              <w:rPr>
                <w:szCs w:val="28"/>
                <w:lang w:val="ru-RU"/>
              </w:rPr>
            </w:pPr>
            <w:r w:rsidRPr="00F80777">
              <w:rPr>
                <w:szCs w:val="28"/>
                <w:lang w:val="ru-RU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6B6BE7AD" w14:textId="77777777" w:rsidR="00F80777" w:rsidRPr="00F80777" w:rsidRDefault="00F80777" w:rsidP="004066FB">
            <w:pPr>
              <w:spacing w:line="240" w:lineRule="auto"/>
              <w:jc w:val="center"/>
              <w:rPr>
                <w:iCs/>
                <w:szCs w:val="24"/>
                <w:lang w:val="ru-RU"/>
              </w:rPr>
            </w:pPr>
            <w:r w:rsidRPr="00F80777">
              <w:rPr>
                <w:iCs/>
                <w:szCs w:val="24"/>
                <w:lang w:val="ru-RU"/>
              </w:rPr>
              <w:t>Исполнители</w:t>
            </w:r>
          </w:p>
        </w:tc>
      </w:tr>
      <w:tr w:rsidR="004066FB" w:rsidRPr="000B7F04" w14:paraId="1E297BEF" w14:textId="77777777" w:rsidTr="00153076">
        <w:tc>
          <w:tcPr>
            <w:tcW w:w="0" w:type="auto"/>
            <w:vAlign w:val="center"/>
          </w:tcPr>
          <w:p w14:paraId="4D3B5D8E" w14:textId="77777777" w:rsidR="006711D1" w:rsidRPr="005B1AFC" w:rsidRDefault="006711D1" w:rsidP="004066FB">
            <w:pPr>
              <w:spacing w:after="0" w:line="240" w:lineRule="auto"/>
              <w:jc w:val="center"/>
              <w:rPr>
                <w:szCs w:val="28"/>
              </w:rPr>
            </w:pPr>
            <w:r w:rsidRPr="005B1AFC">
              <w:rPr>
                <w:szCs w:val="28"/>
              </w:rPr>
              <w:t>16</w:t>
            </w:r>
          </w:p>
        </w:tc>
        <w:tc>
          <w:tcPr>
            <w:tcW w:w="0" w:type="auto"/>
            <w:vAlign w:val="center"/>
          </w:tcPr>
          <w:p w14:paraId="79810180" w14:textId="5B5D8DA0" w:rsidR="006711D1" w:rsidRPr="005B1AFC" w:rsidRDefault="004066FB" w:rsidP="004066FB">
            <w:pPr>
              <w:spacing w:after="0" w:line="240" w:lineRule="auto"/>
              <w:rPr>
                <w:szCs w:val="28"/>
                <w:lang w:val="ru-RU"/>
              </w:rPr>
            </w:pPr>
            <w:r w:rsidRPr="00E1113D">
              <w:rPr>
                <w:lang w:val="ru-RU"/>
              </w:rPr>
              <w:t>Организация и проведение муниципального конкурса школьных анимационных видеороликов «Нальчик – территория мира, согласия и безопасности»</w:t>
            </w:r>
          </w:p>
        </w:tc>
        <w:tc>
          <w:tcPr>
            <w:tcW w:w="0" w:type="auto"/>
            <w:vAlign w:val="center"/>
          </w:tcPr>
          <w:p w14:paraId="04DC2157" w14:textId="3D6309F0" w:rsidR="006711D1" w:rsidRDefault="006711D1" w:rsidP="004066FB">
            <w:pPr>
              <w:spacing w:line="240" w:lineRule="auto"/>
              <w:rPr>
                <w:iCs/>
                <w:szCs w:val="24"/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 xml:space="preserve">МКУ </w:t>
            </w:r>
            <w:r>
              <w:rPr>
                <w:iCs/>
                <w:szCs w:val="24"/>
                <w:lang w:val="ru-RU"/>
              </w:rPr>
              <w:t>«</w:t>
            </w:r>
            <w:r w:rsidRPr="006711D1">
              <w:rPr>
                <w:iCs/>
                <w:szCs w:val="24"/>
                <w:lang w:val="ru-RU"/>
              </w:rPr>
              <w:t>Департамент образования Местной администрации городского округа Нальчик</w:t>
            </w:r>
            <w:r>
              <w:rPr>
                <w:iCs/>
                <w:szCs w:val="24"/>
                <w:lang w:val="ru-RU"/>
              </w:rPr>
              <w:t>»</w:t>
            </w:r>
            <w:r w:rsidRPr="006711D1">
              <w:rPr>
                <w:iCs/>
                <w:szCs w:val="24"/>
                <w:lang w:val="ru-RU"/>
              </w:rPr>
              <w:t xml:space="preserve"> (главный распорядитель бюджетных средств)</w:t>
            </w:r>
            <w:r>
              <w:rPr>
                <w:iCs/>
                <w:szCs w:val="24"/>
                <w:lang w:val="ru-RU"/>
              </w:rPr>
              <w:t>;</w:t>
            </w:r>
            <w:r w:rsidRPr="006711D1">
              <w:rPr>
                <w:iCs/>
                <w:szCs w:val="24"/>
                <w:lang w:val="ru-RU"/>
              </w:rPr>
              <w:t xml:space="preserve"> </w:t>
            </w:r>
          </w:p>
          <w:p w14:paraId="6963BD30" w14:textId="77777777" w:rsidR="006711D1" w:rsidRDefault="006711D1" w:rsidP="004066FB">
            <w:pPr>
              <w:spacing w:line="240" w:lineRule="auto"/>
              <w:rPr>
                <w:iCs/>
                <w:szCs w:val="24"/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>Управление по правоохранительной деятельности, обороны и безопасности Местной администрации городского округа Нальчик (координатор);</w:t>
            </w:r>
          </w:p>
          <w:p w14:paraId="3240DACB" w14:textId="77777777" w:rsidR="006711D1" w:rsidRDefault="006711D1" w:rsidP="004066FB">
            <w:pPr>
              <w:spacing w:line="240" w:lineRule="auto"/>
              <w:rPr>
                <w:iCs/>
                <w:szCs w:val="24"/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 xml:space="preserve">соисполнители: </w:t>
            </w:r>
          </w:p>
          <w:p w14:paraId="5FC8E040" w14:textId="28EE39AC" w:rsidR="006711D1" w:rsidRPr="00395F90" w:rsidRDefault="006711D1" w:rsidP="004066FB">
            <w:pPr>
              <w:spacing w:line="240" w:lineRule="auto"/>
              <w:rPr>
                <w:iCs/>
                <w:szCs w:val="24"/>
                <w:highlight w:val="yellow"/>
                <w:lang w:val="ru-RU"/>
              </w:rPr>
            </w:pPr>
            <w:r w:rsidRPr="00395F90">
              <w:rPr>
                <w:iCs/>
                <w:szCs w:val="24"/>
                <w:highlight w:val="yellow"/>
                <w:lang w:val="ru-RU"/>
              </w:rPr>
              <w:t xml:space="preserve">МКУ «Управление культуры Местной администрации городского округа Нальчик»; </w:t>
            </w:r>
          </w:p>
          <w:p w14:paraId="6DD7FA31" w14:textId="7CF557F4" w:rsidR="006711D1" w:rsidRPr="00395F90" w:rsidRDefault="006711D1" w:rsidP="004066FB">
            <w:pPr>
              <w:spacing w:line="240" w:lineRule="auto"/>
              <w:rPr>
                <w:iCs/>
                <w:szCs w:val="24"/>
                <w:highlight w:val="yellow"/>
                <w:lang w:val="ru-RU"/>
              </w:rPr>
            </w:pPr>
            <w:r w:rsidRPr="00395F90">
              <w:rPr>
                <w:iCs/>
                <w:szCs w:val="24"/>
                <w:highlight w:val="yellow"/>
                <w:lang w:val="ru-RU"/>
              </w:rPr>
              <w:t xml:space="preserve">МКУ </w:t>
            </w:r>
            <w:r w:rsidR="00F80777" w:rsidRPr="00395F90">
              <w:rPr>
                <w:iCs/>
                <w:szCs w:val="24"/>
                <w:highlight w:val="yellow"/>
                <w:lang w:val="ru-RU"/>
              </w:rPr>
              <w:t>«</w:t>
            </w:r>
            <w:r w:rsidRPr="00395F90">
              <w:rPr>
                <w:iCs/>
                <w:szCs w:val="24"/>
                <w:highlight w:val="yellow"/>
                <w:lang w:val="ru-RU"/>
              </w:rPr>
              <w:t xml:space="preserve">Управление по физической культуре и спорту Местной администрации городского округа Нальчик»; </w:t>
            </w:r>
          </w:p>
          <w:p w14:paraId="2B701F19" w14:textId="05E086FE" w:rsidR="006711D1" w:rsidRDefault="006711D1" w:rsidP="004066FB">
            <w:pPr>
              <w:spacing w:line="240" w:lineRule="auto"/>
              <w:rPr>
                <w:iCs/>
                <w:szCs w:val="24"/>
                <w:lang w:val="ru-RU"/>
              </w:rPr>
            </w:pPr>
            <w:r w:rsidRPr="00395F90">
              <w:rPr>
                <w:iCs/>
                <w:szCs w:val="24"/>
                <w:highlight w:val="yellow"/>
                <w:lang w:val="ru-RU"/>
              </w:rPr>
              <w:t>Управление по делам молодежи Местной администрации городского округа Нальчик;</w:t>
            </w:r>
            <w:r w:rsidRPr="006711D1">
              <w:rPr>
                <w:iCs/>
                <w:szCs w:val="24"/>
                <w:lang w:val="ru-RU"/>
              </w:rPr>
              <w:t xml:space="preserve"> </w:t>
            </w:r>
          </w:p>
          <w:p w14:paraId="6523816F" w14:textId="678BD81E" w:rsidR="006711D1" w:rsidRPr="006711D1" w:rsidRDefault="006711D1" w:rsidP="004066FB">
            <w:pPr>
              <w:spacing w:line="240" w:lineRule="auto"/>
              <w:rPr>
                <w:szCs w:val="24"/>
                <w:lang w:val="ru-RU"/>
              </w:rPr>
            </w:pPr>
            <w:r w:rsidRPr="006711D1">
              <w:rPr>
                <w:iCs/>
                <w:szCs w:val="24"/>
                <w:lang w:val="ru-RU"/>
              </w:rPr>
              <w:t>Муниципальный центр управления Местной администрации городского округа Нальчик»</w:t>
            </w:r>
          </w:p>
        </w:tc>
      </w:tr>
    </w:tbl>
    <w:p w14:paraId="56040460" w14:textId="7AEEE783" w:rsidR="00144355" w:rsidRPr="009925DE" w:rsidRDefault="00144355" w:rsidP="00F80777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sectPr w:rsidR="00144355" w:rsidRPr="009925DE" w:rsidSect="00787A6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3FB"/>
    <w:rsid w:val="000B7F04"/>
    <w:rsid w:val="00144355"/>
    <w:rsid w:val="0015074B"/>
    <w:rsid w:val="00153076"/>
    <w:rsid w:val="001D6DA8"/>
    <w:rsid w:val="0029639D"/>
    <w:rsid w:val="00326F90"/>
    <w:rsid w:val="00395F90"/>
    <w:rsid w:val="004066FB"/>
    <w:rsid w:val="00450E55"/>
    <w:rsid w:val="006711D1"/>
    <w:rsid w:val="0067594D"/>
    <w:rsid w:val="00730119"/>
    <w:rsid w:val="0074402C"/>
    <w:rsid w:val="00787A6C"/>
    <w:rsid w:val="009925DE"/>
    <w:rsid w:val="00AA1D8D"/>
    <w:rsid w:val="00B47730"/>
    <w:rsid w:val="00C63365"/>
    <w:rsid w:val="00CB0664"/>
    <w:rsid w:val="00D94827"/>
    <w:rsid w:val="00DA178D"/>
    <w:rsid w:val="00E1113D"/>
    <w:rsid w:val="00E167D6"/>
    <w:rsid w:val="00F80777"/>
    <w:rsid w:val="00F94C2C"/>
    <w:rsid w:val="00FB3812"/>
    <w:rsid w:val="00FC46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0EAD8"/>
  <w14:defaultImageDpi w14:val="300"/>
  <w15:docId w15:val="{14B32F9C-B30D-4E8C-AE4D-382027E47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870</Words>
  <Characters>4964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Мурат Пшуков</cp:lastModifiedBy>
  <cp:revision>16</cp:revision>
  <dcterms:created xsi:type="dcterms:W3CDTF">2026-08-18T21:48:00Z</dcterms:created>
  <dcterms:modified xsi:type="dcterms:W3CDTF">2026-08-30T09:31:00Z</dcterms:modified>
  <cp:category/>
</cp:coreProperties>
</file>